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666666"/>
          <w:sz w:val="18"/>
        </w:rPr>
        <w:t>МелданаСБ · Паспорт безопасности объекта (антитеррористическая защищённость)</w:t>
      </w:r>
    </w:p>
    <w:p>
      <w:pPr>
        <w:pStyle w:val="Heading1"/>
      </w:pPr>
      <w:r>
        <w:rPr>
          <w:color w:val="186872"/>
          <w:sz w:val="32"/>
        </w:rPr>
        <w:t>Опросный лист: Храм, мечеть, молитвенный дом, религиозная организация</w:t>
      </w:r>
    </w:p>
    <w:p>
      <w:r>
        <w:rPr>
          <w:b/>
        </w:rPr>
        <w:t xml:space="preserve">Основание: ПП РФ № 1165. </w:t>
      </w:r>
      <w:r>
        <w:t>Форма паспорта, категория и согласующие органы определяются этим постановлением.</w:t>
      </w:r>
    </w:p>
    <w:p>
      <w:r>
        <w:rPr>
          <w:b/>
        </w:rPr>
        <w:t>Как заполнить и отправить:</w:t>
        <w:br/>
      </w:r>
      <w:r>
        <w:t>1. Ответьте на вопросы прямо в этом файле (колонка «Ответ»). Если ответа нет — напишите «не знаю», уточним сами.</w:t>
        <w:br/>
        <w:t>2. Приложите документы из списка в конце — что есть; остальное не критично.</w:t>
        <w:br/>
        <w:t xml:space="preserve">3. Отправьте файл на </w:t>
      </w:r>
      <w:r>
        <w:rPr>
          <w:b/>
        </w:rPr>
        <w:t>sale@meldana.ru</w:t>
      </w:r>
      <w:r>
        <w:t xml:space="preserve"> — в течение рабочего дня пришлём точную цену, срок и договор.</w:t>
        <w:br/>
        <w:t xml:space="preserve">4. Вопросы по заполнению — по телефону </w:t>
      </w:r>
      <w:r>
        <w:rPr>
          <w:b/>
        </w:rPr>
        <w:t>8 (800) 775-65-96</w:t>
      </w:r>
      <w:r>
        <w:t xml:space="preserve"> (звонок бесплатный), инженер подскажет по каждому пункту.</w:t>
      </w:r>
    </w:p>
    <w:p>
      <w:r>
        <w:rPr>
          <w:color w:val="666666"/>
          <w:sz w:val="18"/>
        </w:rPr>
        <w:t>Не отправляйте в этом опроснике сведения ограниченного распространения (схемы охраны, текст действующего паспорта) — их запросим по защищённому каналу.</w:t>
      </w:r>
    </w:p>
    <w:p>
      <w:pPr>
        <w:pStyle w:val="Heading2"/>
      </w:pPr>
      <w:r>
        <w:rPr>
          <w:color w:val="186872"/>
          <w:sz w:val="24"/>
        </w:rPr>
        <w:t>1. Организация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386"/>
        <w:gridCol w:w="4252"/>
      </w:tblGrid>
      <w:tr>
        <w:tc>
          <w:tcPr>
            <w:tcW w:type="dxa" w:w="4986"/>
          </w:tcPr>
          <w:p>
            <w:r>
              <w:rPr>
                <w:b/>
              </w:rPr>
              <w:t>Вопрос</w:t>
            </w:r>
          </w:p>
        </w:tc>
        <w:tc>
          <w:tcPr>
            <w:tcW w:type="dxa" w:w="4986"/>
          </w:tcPr>
          <w:p>
            <w:r>
              <w:rPr>
                <w:b/>
              </w:rPr>
              <w:t>Ответ</w:t>
            </w:r>
          </w:p>
        </w:tc>
      </w:tr>
      <w:tr>
        <w:tc>
          <w:tcPr>
            <w:tcW w:type="dxa" w:w="5386"/>
          </w:tcPr>
          <w:p>
            <w:r>
              <w:rPr>
                <w:sz w:val="20"/>
              </w:rPr>
              <w:t>Полное наименование организации / ИП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ИНН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Руководитель (ФИО, должность) — кто будет утверждать паспорт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Ответственный за антитеррористическую защищённость (ФИО, должность), если назначен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Контактное лицо для вопросов (ФИО, телефон, e-mail)</w:t>
            </w:r>
          </w:p>
        </w:tc>
        <w:tc>
          <w:tcPr>
            <w:tcW w:type="dxa" w:w="4252"/>
          </w:tcPr>
          <w:p/>
        </w:tc>
      </w:tr>
    </w:tbl>
    <w:p/>
    <w:p>
      <w:pPr>
        <w:pStyle w:val="Heading2"/>
      </w:pPr>
      <w:r>
        <w:rPr>
          <w:color w:val="186872"/>
          <w:sz w:val="24"/>
        </w:rPr>
        <w:t>2. Объект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386"/>
        <w:gridCol w:w="4252"/>
      </w:tblGrid>
      <w:tr>
        <w:tc>
          <w:tcPr>
            <w:tcW w:type="dxa" w:w="4986"/>
          </w:tcPr>
          <w:p>
            <w:r>
              <w:rPr>
                <w:b/>
              </w:rPr>
              <w:t>Вопрос</w:t>
            </w:r>
          </w:p>
        </w:tc>
        <w:tc>
          <w:tcPr>
            <w:tcW w:type="dxa" w:w="4986"/>
          </w:tcPr>
          <w:p>
            <w:r>
              <w:rPr>
                <w:b/>
              </w:rPr>
              <w:t>Ответ</w:t>
            </w:r>
          </w:p>
        </w:tc>
      </w:tr>
      <w:tr>
        <w:tc>
          <w:tcPr>
            <w:tcW w:type="dxa" w:w="5386"/>
          </w:tcPr>
          <w:p>
            <w:r>
              <w:rPr>
                <w:sz w:val="20"/>
              </w:rPr>
              <w:t>Наименование объекта и полный адрес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Право на объект: собственность / аренда / оперативное управление / безвозмездное пользование (кто собственник, если аренда)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Сколько зданий/корпусов входит в объект; этажность каждого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Общая площадь зданий, м²; площадь территории (земельного участка), м² или га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Есть ли ограждённая территория, протяжённость периметра, м (примерно)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Год ввода в эксплуатацию (для нового объекта — дата окончания ввода)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Получали ли уведомление о включении объекта в перечень (кто прислал, дата) — приложите скан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Был ли паспорт раньше: дата утверждения, присвоенная категория, есть ли акт обследования и категорирования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Что изменилось на объекте с момента прежнего паспорта (площадь, перепланировка, охрана, камеры, правообладатель)</w:t>
            </w:r>
          </w:p>
        </w:tc>
        <w:tc>
          <w:tcPr>
            <w:tcW w:type="dxa" w:w="4252"/>
          </w:tcPr>
          <w:p/>
        </w:tc>
      </w:tr>
    </w:tbl>
    <w:p/>
    <w:p>
      <w:pPr>
        <w:pStyle w:val="Heading2"/>
      </w:pPr>
      <w:r>
        <w:rPr>
          <w:color w:val="186872"/>
          <w:sz w:val="24"/>
        </w:rPr>
        <w:t>3. Специфика: храм, мечеть, молитвенный дом, религиозная организация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386"/>
        <w:gridCol w:w="4252"/>
      </w:tblGrid>
      <w:tr>
        <w:tc>
          <w:tcPr>
            <w:tcW w:type="dxa" w:w="4986"/>
          </w:tcPr>
          <w:p>
            <w:r>
              <w:rPr>
                <w:b/>
              </w:rPr>
              <w:t>Вопрос</w:t>
            </w:r>
          </w:p>
        </w:tc>
        <w:tc>
          <w:tcPr>
            <w:tcW w:type="dxa" w:w="4986"/>
          </w:tcPr>
          <w:p>
            <w:r>
              <w:rPr>
                <w:b/>
              </w:rPr>
              <w:t>Ответ</w:t>
            </w:r>
          </w:p>
        </w:tc>
      </w:tr>
      <w:tr>
        <w:tc>
          <w:tcPr>
            <w:tcW w:type="dxa" w:w="5386"/>
          </w:tcPr>
          <w:p>
            <w:r>
              <w:rPr>
                <w:sz w:val="20"/>
              </w:rPr>
              <w:t>Получали ли уведомление уполномоченного органа о включении объекта в перечень (дата)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Богослужебная площадь здания, м²; площадь территории для крестных ходов/шествий, м²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Максимум прихожан одновременно (большие праздники)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Объект культурного наследия: да/нет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Кто от организации будет в комиссии (настоятель, староста, иное)</w:t>
            </w:r>
          </w:p>
        </w:tc>
        <w:tc>
          <w:tcPr>
            <w:tcW w:type="dxa" w:w="4252"/>
          </w:tcPr>
          <w:p/>
        </w:tc>
      </w:tr>
    </w:tbl>
    <w:p/>
    <w:p>
      <w:pPr>
        <w:pStyle w:val="Heading2"/>
      </w:pPr>
      <w:r>
        <w:rPr>
          <w:color w:val="186872"/>
          <w:sz w:val="24"/>
        </w:rPr>
        <w:t>4. Люди на объекте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386"/>
        <w:gridCol w:w="4252"/>
      </w:tblGrid>
      <w:tr>
        <w:tc>
          <w:tcPr>
            <w:tcW w:type="dxa" w:w="4986"/>
          </w:tcPr>
          <w:p>
            <w:r>
              <w:rPr>
                <w:b/>
              </w:rPr>
              <w:t>Вопрос</w:t>
            </w:r>
          </w:p>
        </w:tc>
        <w:tc>
          <w:tcPr>
            <w:tcW w:type="dxa" w:w="4986"/>
          </w:tcPr>
          <w:p>
            <w:r>
              <w:rPr>
                <w:b/>
              </w:rPr>
              <w:t>Ответ</w:t>
            </w:r>
          </w:p>
        </w:tc>
      </w:tr>
      <w:tr>
        <w:tc>
          <w:tcPr>
            <w:tcW w:type="dxa" w:w="5386"/>
          </w:tcPr>
          <w:p>
            <w:r>
              <w:rPr>
                <w:sz w:val="20"/>
              </w:rPr>
              <w:t>Режим работы объекта (дни, часы, сменность, круглосуточно?)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Численность работников (всего / в самую большую смену)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Максимальное число людей, одновременно находящихся на объекте (работники + посетители/обучающиеся/гости) — в обычный день и в пиковый (праздник, мероприятие)</w:t>
            </w:r>
          </w:p>
        </w:tc>
        <w:tc>
          <w:tcPr>
            <w:tcW w:type="dxa" w:w="4252"/>
          </w:tcPr>
          <w:p/>
        </w:tc>
      </w:tr>
    </w:tbl>
    <w:p/>
    <w:p>
      <w:pPr>
        <w:pStyle w:val="Heading2"/>
      </w:pPr>
      <w:r>
        <w:rPr>
          <w:color w:val="186872"/>
          <w:sz w:val="24"/>
        </w:rPr>
        <w:t>5. Охрана и технические средства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386"/>
        <w:gridCol w:w="4252"/>
      </w:tblGrid>
      <w:tr>
        <w:tc>
          <w:tcPr>
            <w:tcW w:type="dxa" w:w="4986"/>
          </w:tcPr>
          <w:p>
            <w:r>
              <w:rPr>
                <w:b/>
              </w:rPr>
              <w:t>Вопрос</w:t>
            </w:r>
          </w:p>
        </w:tc>
        <w:tc>
          <w:tcPr>
            <w:tcW w:type="dxa" w:w="4986"/>
          </w:tcPr>
          <w:p>
            <w:r>
              <w:rPr>
                <w:b/>
              </w:rPr>
              <w:t>Ответ</w:t>
            </w:r>
          </w:p>
        </w:tc>
      </w:tr>
      <w:tr>
        <w:tc>
          <w:tcPr>
            <w:tcW w:type="dxa" w:w="5386"/>
          </w:tcPr>
          <w:p>
            <w:r>
              <w:rPr>
                <w:sz w:val="20"/>
              </w:rPr>
              <w:t>Охрана: ЧОП / ведомственная / вневедомственная (Росгвардия) / свой сторож / нет — число постов, круглосуточно?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Пропускной режим / КПП / турникеты / электронные пропуска — что есть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Видеонаблюдение: число камер внутри и снаружи, срок хранения записей (дней), выведено ли на пост охраны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Тревожная кнопка (КТС) с выводом в Росгвардию/ЧОП: есть/нет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Охранная сигнализация, контроль доступа в критические помещения (электрощитовая, серверная, склад)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Система оповещения и управления эвакуацией (СОУЭ): есть/нет, тип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Наружное освещение территории в тёмное время: есть/нет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Металлодетекторы, досмотровое оборудование: есть/нет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Проводятся ли учения/тренировки персонала по действиям при угрозе теракта (когда последние)</w:t>
            </w:r>
          </w:p>
        </w:tc>
        <w:tc>
          <w:tcPr>
            <w:tcW w:type="dxa" w:w="4252"/>
          </w:tcPr>
          <w:p/>
        </w:tc>
      </w:tr>
    </w:tbl>
    <w:p/>
    <w:p>
      <w:pPr>
        <w:pStyle w:val="Heading2"/>
      </w:pPr>
      <w:r>
        <w:rPr>
          <w:color w:val="186872"/>
          <w:sz w:val="24"/>
        </w:rPr>
        <w:t>6. Что приложить к письму</w:t>
      </w:r>
    </w:p>
    <w:p>
      <w:pPr>
        <w:pStyle w:val="ListBullet"/>
      </w:pPr>
      <w:r>
        <w:t>Поэтажные планы БТИ и экспликация (или планы из проекта) — PDF/фото</w:t>
      </w:r>
    </w:p>
    <w:p>
      <w:pPr>
        <w:pStyle w:val="ListBullet"/>
      </w:pPr>
      <w:r>
        <w:t>Ситуационный план или скрин карты с границами территории</w:t>
      </w:r>
    </w:p>
    <w:p>
      <w:pPr>
        <w:pStyle w:val="ListBullet"/>
      </w:pPr>
      <w:r>
        <w:t>Выписка ЕГРН / договор аренды (1-я страница)</w:t>
      </w:r>
    </w:p>
    <w:p>
      <w:pPr>
        <w:pStyle w:val="ListBullet"/>
      </w:pPr>
      <w:r>
        <w:t>Уведомление о включении в перечень, если было</w:t>
      </w:r>
    </w:p>
    <w:p>
      <w:pPr>
        <w:pStyle w:val="ListBullet"/>
      </w:pPr>
      <w:r>
        <w:t>Прежний паспорт и акт категорирования, если были (по защищённому каналу — уточним при звонке)</w:t>
      </w:r>
    </w:p>
    <w:p>
      <w:pPr>
        <w:pStyle w:val="ListBullet"/>
      </w:pPr>
      <w:r>
        <w:t>Договор охраны (1-я страница), если охрана есть</w:t>
      </w:r>
    </w:p>
    <w:p>
      <w:r>
        <w:rPr>
          <w:b/>
          <w:color w:val="186872"/>
        </w:rPr>
        <w:t>Отправить: sale@meldana.ru · Консультация по заполнению: 8 (800) 775-65-96 · meldana.com</w:t>
      </w:r>
    </w:p>
    <w:p>
      <w:r>
        <w:rPr>
          <w:color w:val="666666"/>
          <w:sz w:val="18"/>
        </w:rPr>
        <w:t>Конфиденциальность: материалы используются только для подготовки вашего комплекта документов и не передаются третьим лицам; после передачи комплекта рабочие материалы удаляем.</w:t>
      </w:r>
    </w:p>
    <w:sectPr w:rsidR="00FC693F" w:rsidRPr="0006063C" w:rsidSect="00034616">
      <w:pgSz w:w="12240" w:h="15840"/>
      <w:pgMar w:top="1440" w:right="1134" w:bottom="144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